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20"/>
        <w:jc w:val="center"/>
      </w:pPr>
      <w:r>
        <w:drawing>
          <wp:inline xmlns:a="http://schemas.openxmlformats.org/drawingml/2006/main" xmlns:pic="http://schemas.openxmlformats.org/drawingml/2006/picture">
            <wp:extent cx="2088000" cy="27477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kyar_logo_cropp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2747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0"/>
        <w:jc w:val="center"/>
        <w:widowControl/>
      </w:pPr>
      <w:r>
        <w:rPr>
          <w:rFonts w:ascii="Arial" w:hAnsi="Arial" w:eastAsia="Arial"/>
          <w:b/>
          <w:color w:val="1F4E4A"/>
          <w:sz w:val="48"/>
        </w:rPr>
        <w:t>АКЯР МЕД</w:t>
      </w:r>
    </w:p>
    <w:p>
      <w:pPr>
        <w:spacing w:before="360"/>
        <w:jc w:val="center"/>
        <w:widowControl/>
      </w:pPr>
      <w:r>
        <w:rPr>
          <w:rFonts w:ascii="Arial" w:hAnsi="Arial" w:eastAsia="Arial"/>
          <w:b/>
          <w:color w:val="1F4E4A"/>
          <w:sz w:val="36"/>
        </w:rPr>
        <w:t>ПУБЛИЧНАЯ ОФЕРТА</w:t>
        <w:br/>
        <w:t>О ЗАКЛЮЧЕНИИ ДОГОВОРА</w:t>
        <w:br/>
        <w:t>НА ОКАЗАНИЕ ПЛАТНЫХ МЕДИЦИНСКИХ УСЛУГ</w:t>
      </w:r>
    </w:p>
    <w:p>
      <w:pPr>
        <w:jc w:val="center"/>
        <w:widowControl/>
      </w:pPr>
      <w:r>
        <w:rPr>
          <w:rFonts w:ascii="Arial" w:hAnsi="Arial" w:eastAsia="Arial"/>
          <w:b w:val="0"/>
          <w:sz w:val="24"/>
        </w:rPr>
        <w:t>ООО «ЯРДАН МЕД»</w:t>
        <w:br/>
        <w:t>Коммерческое обозначение «АкЯр Мед»</w:t>
      </w:r>
    </w:p>
    <w:p>
      <w:pPr>
        <w:widowControl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Версия</w:t>
            </w:r>
          </w:p>
        </w:tc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</w:r>
            <w:r>
              <w:t>1.1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Дата утверждения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17 июня 2026 года</w:t>
            </w:r>
          </w:p>
        </w:tc>
      </w:tr>
      <w:tr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Дата вступления в силу</w:t>
            </w:r>
          </w:p>
        </w:tc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17 июня 2026 года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Размещение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akyarmed.ru и информационный стенд</w:t>
            </w:r>
          </w:p>
        </w:tc>
      </w:tr>
      <w:tr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Статус</w:t>
            </w:r>
          </w:p>
        </w:tc>
        <w:tc>
          <w:tcPr>
            <w:tcW w:type="dxa" w:w="4901"/>
            <w:vAlign w:val="center"/>
            <w:shd w:fill="F2F7F6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Действующая редакция</w:t>
            </w:r>
          </w:p>
        </w:tc>
      </w:tr>
    </w:tbl>
    <w:p>
      <w:pPr>
        <w:widowControl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03"/>
      </w:tblGrid>
      <w:tr>
        <w:tc>
          <w:tcPr>
            <w:tcW w:type="dxa" w:w="9803"/>
            <w:shd w:fill="EAF4F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Документ регулирует исключительно платные медицинские услуги. ООО «ЯРДАН МЕД» не оказывает услуги по ОМС и ДМС.</w:t>
            </w:r>
          </w:p>
        </w:tc>
      </w:tr>
    </w:tbl>
    <w:p>
      <w:pPr>
        <w:pStyle w:val="Heading1"/>
        <w:widowControl/>
        <w:pageBreakBefore w:val="1"/>
      </w:pPr>
      <w:r>
        <w:t>ПАСПОРТ И УТВЕРЖДЕНИЕ ДОКУМЕНТА</w:t>
      </w:r>
    </w:p>
    <w:p>
      <w:pPr>
        <w:jc w:val="right"/>
        <w:widowControl/>
      </w:pPr>
      <w:r>
        <w:rPr>
          <w:rFonts w:ascii="Arial" w:hAnsi="Arial" w:eastAsia="Arial"/>
          <w:b w:val="0"/>
          <w:sz w:val="22"/>
        </w:rPr>
        <w:t>УТВЕРЖДЕНО</w:t>
        <w:br/>
        <w:t>Приказом директора ООО «ЯРДАН МЕД»</w:t>
        <w:br/>
        <w:t>от 17 июня 2026 года № 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Наименование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Публичная оферта о заключении договора на оказание платных медицинских услуг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Исполнитель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ООО «ЯРДАН МЕД»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Коммерческое обозначение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АкЯр Мед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Версия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</w:r>
            <w:r>
              <w:t>1.1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Область применения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Сайт, регистратура, касса, МИС и взаимодействие с пациентами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Связанные документы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Политики, согласия, правила записи, прейскурант и медицинские формы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Пересмотр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При изменении законодательства, лицензии, услуг или процессов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Юридический приоритет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Обязательные нормы законодательства имеют преимущество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9"/>
              </w:rPr>
              <w:t>Язык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9"/>
              </w:rPr>
              <w:t>Русский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СОДЕРЖАНИЕ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1. Общие положения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2. Сведения об Исполнителе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3. Термины и определения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4. Предмет договора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5. Заключение договора и акцепт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6. Информация об услугах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7. Запись, перенос и отмена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8. Порядок оказания услуг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9. Информированное согласие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10. Права и обязанности Пациента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11. Права и обязанности Исполнителя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12. Стоимость и расчеты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13. Медицинская документация и врачебная тайна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14. Персональные данные и коммуникации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15. Качество и ограничения результата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16. Ответственность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17. Приостановление и прекращение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18. Обращения и споры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19. Непреодолимая сила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20. Срок действия и изменение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21. Заключительные положения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22. Реквизиты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Приложение 1. Памятка Пациенту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Приложение 2. Существенная информация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Приложение 3. Форма обращения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Приложение 4. Уведомление об ОМС и ДМС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Приложение 5. Связанные документы</w:t>
      </w:r>
    </w:p>
    <w:p>
      <w:pPr>
        <w:jc w:val="both"/>
        <w:widowControl/>
      </w:pPr>
      <w:r>
        <w:rPr>
          <w:rFonts w:ascii="Arial" w:hAnsi="Arial" w:eastAsia="Arial"/>
          <w:b w:val="0"/>
          <w:sz w:val="21"/>
        </w:rPr>
        <w:t>Лист ознакомления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1. ОБЩИЕ ПОЛОЖЕНИЯ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1.1. </w:t>
      </w:r>
      <w:r>
        <w:rPr>
          <w:rFonts w:ascii="Arial" w:hAnsi="Arial" w:eastAsia="Arial"/>
          <w:b w:val="0"/>
          <w:sz w:val="22"/>
        </w:rPr>
        <w:t>Настоящий документ является публичной офертой ООО «ЯРДАН МЕД» о заключении договора на оказание платных медицинских услуг в соответствии со статьями 435, 437 и 438 Гражданского кодекса Российской Федерации.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1.2. </w:t>
      </w:r>
      <w:r>
        <w:rPr>
          <w:rFonts w:ascii="Arial" w:hAnsi="Arial" w:eastAsia="Arial"/>
          <w:b w:val="0"/>
          <w:sz w:val="22"/>
        </w:rPr>
        <w:t>Оферта устанавливает общие условия оказания платных медицинских услуг физическим лицам, порядок заключения договора, права и обязанности сторон, правила оплаты, записи, медицинского документооборота и рассмотрения обращений.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1.3. </w:t>
      </w:r>
      <w:r>
        <w:rPr>
          <w:rFonts w:ascii="Arial" w:hAnsi="Arial" w:eastAsia="Arial"/>
          <w:b w:val="0"/>
          <w:sz w:val="22"/>
        </w:rPr>
        <w:t>Исполнитель осуществляет медицинскую деятельность под коммерческим обозначением «АкЯр Мед» на основании лицензии и оказывает только доступные на дату обращения услуги, входящие в лицензию.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1.4. </w:t>
      </w:r>
      <w:r>
        <w:rPr>
          <w:rFonts w:ascii="Arial" w:hAnsi="Arial" w:eastAsia="Arial"/>
          <w:b w:val="0"/>
          <w:sz w:val="22"/>
        </w:rPr>
        <w:t>Медицинские услуги оказываются исключительно на платной основе. Клиника не оказывает услуги в рамках обязательного или добровольного медицинского страхования и не принимает полисы ОМС и ДМС.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1.5. </w:t>
      </w:r>
      <w:r>
        <w:rPr>
          <w:rFonts w:ascii="Arial" w:hAnsi="Arial" w:eastAsia="Arial"/>
          <w:b w:val="0"/>
          <w:sz w:val="22"/>
        </w:rPr>
        <w:t>Оферта применяется совместно с прейскурантом, правилами записи, политикой обработки персональных данных, информированными согласиями, медицинской документацией и обязательными требованиями законодательства.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1.6. </w:t>
      </w:r>
      <w:r>
        <w:rPr>
          <w:rFonts w:ascii="Arial" w:hAnsi="Arial" w:eastAsia="Arial"/>
          <w:b w:val="0"/>
          <w:sz w:val="22"/>
        </w:rPr>
        <w:t>Размещение Оферты на сайте и информационном стенде является предложением неограниченному кругу лиц заключить договор на изложенных условиях.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1.7. </w:t>
      </w:r>
      <w:r>
        <w:rPr>
          <w:rFonts w:ascii="Arial" w:hAnsi="Arial" w:eastAsia="Arial"/>
          <w:b w:val="0"/>
          <w:sz w:val="22"/>
        </w:rPr>
        <w:t>Оферта не является медицинской рекомендацией и не содержит обещания конкретного результата лечения.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1.8. </w:t>
      </w:r>
      <w:r>
        <w:rPr>
          <w:rFonts w:ascii="Arial" w:hAnsi="Arial" w:eastAsia="Arial"/>
          <w:b w:val="0"/>
          <w:sz w:val="22"/>
        </w:rPr>
        <w:t>Клиника не является службой скорой медицинской помощи или круглосуточным стационаром. При угрозе жизни следует вызвать скорую помощь по номеру 103 или 112.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1.9. </w:t>
      </w:r>
      <w:r>
        <w:rPr>
          <w:rFonts w:ascii="Arial" w:hAnsi="Arial" w:eastAsia="Arial"/>
          <w:b w:val="0"/>
          <w:sz w:val="22"/>
        </w:rPr>
        <w:t>К отношениям сторон применяются Федеральный закон № 323-ФЗ, Закон РФ «О защите прав потребителей», Федеральный закон № 152-ФЗ, Правила предоставления платных медицинских услуг и иные нормативные акты.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1.10. </w:t>
      </w:r>
      <w:r>
        <w:rPr>
          <w:rFonts w:ascii="Arial" w:hAnsi="Arial" w:eastAsia="Arial"/>
          <w:b w:val="0"/>
          <w:sz w:val="22"/>
        </w:rPr>
        <w:t>Заголовки используются для удобства и не ограничивают смысл положений.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2. СВЕДЕНИЯ ОБ ИСПОЛНИТЕЛЕ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2.1. </w:t>
      </w:r>
      <w:r>
        <w:rPr>
          <w:rFonts w:ascii="Arial" w:hAnsi="Arial" w:eastAsia="Arial"/>
          <w:b w:val="0"/>
          <w:sz w:val="22"/>
        </w:rPr>
        <w:t>Полное наименование: Общество с ограниченной ответственностью «ЯРДАН МЕД». Сокращенное наименование: ООО «ЯРДАН МЕД». Коммерческое обозначение: «АкЯр Мед».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2.2. </w:t>
      </w:r>
      <w:r>
        <w:rPr>
          <w:rFonts w:ascii="Arial" w:hAnsi="Arial" w:eastAsia="Arial"/>
          <w:b w:val="0"/>
          <w:sz w:val="22"/>
        </w:rPr>
        <w:t>ОГРН 1261600009571, ИНН 1686056863, КПП 168601001.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2.3. </w:t>
      </w:r>
      <w:r>
        <w:rPr>
          <w:rFonts w:ascii="Arial" w:hAnsi="Arial" w:eastAsia="Arial"/>
          <w:b w:val="0"/>
          <w:sz w:val="22"/>
        </w:rPr>
        <w:t>Адрес: Республика Татарстан, г. Казань, пр-д Яраткан, д. 5, помещ. 1003.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2.4. </w:t>
      </w:r>
      <w:r>
        <w:rPr>
          <w:rFonts w:ascii="Arial" w:hAnsi="Arial" w:eastAsia="Arial"/>
          <w:b w:val="0"/>
          <w:sz w:val="22"/>
        </w:rPr>
        <w:t>Лицензия на осуществление медицинской деятельности № Л041-01181-16/05293998 от 11 июня 2026 года, лицензирующий орган — Министерство здравоохранения Республики Татарстан.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2.5. </w:t>
      </w:r>
      <w:r>
        <w:rPr>
          <w:rFonts w:ascii="Arial" w:hAnsi="Arial" w:eastAsia="Arial"/>
          <w:b w:val="0"/>
          <w:sz w:val="22"/>
        </w:rPr>
        <w:t>Официальный сайт: akyarmed.ru. Электронная почта: akyar.med@mail.ru. Телефон регистратуры: +7 (987) 003-00-70.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2.6. </w:t>
      </w:r>
      <w:r>
        <w:rPr>
          <w:rFonts w:ascii="Arial" w:hAnsi="Arial" w:eastAsia="Arial"/>
          <w:b w:val="0"/>
          <w:sz w:val="22"/>
        </w:rPr>
        <w:t>Режим работы, состав специалистов, перечень и стоимость услуг размещаются на сайте и информационном стенде.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2.7. </w:t>
      </w:r>
      <w:r>
        <w:rPr>
          <w:rFonts w:ascii="Arial" w:hAnsi="Arial" w:eastAsia="Arial"/>
          <w:b w:val="0"/>
          <w:sz w:val="22"/>
        </w:rPr>
        <w:t>До заключения договора Пациент вправе ознакомиться с лицензией, квалификацией работников, условиями и методами оказания помощи.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2.8. </w:t>
      </w:r>
      <w:r>
        <w:rPr>
          <w:rFonts w:ascii="Arial" w:hAnsi="Arial" w:eastAsia="Arial"/>
          <w:b w:val="0"/>
          <w:sz w:val="22"/>
        </w:rPr>
        <w:t>Изменения режима, контактов, прейскуранта и состава специалистов отражаются в информационных источниках Клиники и применяются на будущее.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Сайт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akyarmed.ru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E-mail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akyar.med@mail.ru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Телефон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+7 (987) 003-00-70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Режим клиники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Пн–Сб 07:00–19:00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Лабораторный прием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Пн–Сб 07:00–10:30</w:t>
            </w:r>
          </w:p>
        </w:tc>
      </w:tr>
    </w:tbl>
    <w:p>
      <w:pPr>
        <w:widowControl/>
      </w:pPr>
      <w:r>
        <w:br w:type="page"/>
      </w:r>
    </w:p>
    <w:p>
      <w:pPr/>
      <w:r>
        <w:rPr>
          <w:b/>
        </w:rPr>
        <w:t>2.4. </w:t>
      </w:r>
      <w:r>
        <w:t>Режим работы Клиники: понедельник-суббота с 07:03 до 19:00. Актуальные изменения режима размещаются на сайте и информационном стенде.</w:t>
      </w:r>
    </w:p>
    <w:p>
      <w:pPr>
        <w:pStyle w:val="Heading1"/>
        <w:widowControl/>
      </w:pPr>
      <w:r>
        <w:t>3. ТЕРМИНЫ И ОПРЕДЕЛЕНИЯ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3.1. </w:t>
      </w:r>
      <w:r>
        <w:rPr>
          <w:rFonts w:ascii="Arial" w:hAnsi="Arial" w:eastAsia="Arial"/>
          <w:b w:val="0"/>
          <w:sz w:val="22"/>
        </w:rPr>
        <w:t>Исполнитель (Клиника) — ООО «ЯРДАН МЕД».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3.2. </w:t>
      </w:r>
      <w:r>
        <w:rPr>
          <w:rFonts w:ascii="Arial" w:hAnsi="Arial" w:eastAsia="Arial"/>
          <w:b w:val="0"/>
          <w:sz w:val="22"/>
        </w:rPr>
        <w:t>Пациент — физическое лицо, которому оказываются медицинские услуги.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3.3. </w:t>
      </w:r>
      <w:r>
        <w:rPr>
          <w:rFonts w:ascii="Arial" w:hAnsi="Arial" w:eastAsia="Arial"/>
          <w:b w:val="0"/>
          <w:sz w:val="22"/>
        </w:rPr>
        <w:t>Заказчик — Пациент либо иное лицо, заключающее договор и оплачивающее услуги в интересах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3.4. </w:t>
      </w:r>
      <w:r>
        <w:rPr>
          <w:rFonts w:ascii="Arial" w:hAnsi="Arial" w:eastAsia="Arial"/>
          <w:b w:val="0"/>
          <w:sz w:val="22"/>
        </w:rPr>
        <w:t>Законный представитель — лицо, уполномоченное законом представлять несовершеннолетнего или недееспособного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3.5. </w:t>
      </w:r>
      <w:r>
        <w:rPr>
          <w:rFonts w:ascii="Arial" w:hAnsi="Arial" w:eastAsia="Arial"/>
          <w:b w:val="0"/>
          <w:sz w:val="22"/>
        </w:rPr>
        <w:t>Медицинская услуга — медицинское вмешательство или комплекс вмешательств, имеющих самостоятельное законченное значение.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3.6. </w:t>
      </w:r>
      <w:r>
        <w:rPr>
          <w:rFonts w:ascii="Arial" w:hAnsi="Arial" w:eastAsia="Arial"/>
          <w:b w:val="0"/>
          <w:sz w:val="22"/>
        </w:rPr>
        <w:t>Медицинское вмешательство — обследования и манипуляции профилактической, диагностической, лечебной или реабилитационной направленности.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3.7. </w:t>
      </w:r>
      <w:r>
        <w:rPr>
          <w:rFonts w:ascii="Arial" w:hAnsi="Arial" w:eastAsia="Arial"/>
          <w:b w:val="0"/>
          <w:sz w:val="22"/>
        </w:rPr>
        <w:t>Амбулаторный прием — помощь без круглосуточного наблюдения и лечения.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3.8. </w:t>
      </w:r>
      <w:r>
        <w:rPr>
          <w:rFonts w:ascii="Arial" w:hAnsi="Arial" w:eastAsia="Arial"/>
          <w:b w:val="0"/>
          <w:sz w:val="22"/>
        </w:rPr>
        <w:t>Прейскурант — действующий перечень услуг и цен.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3.9. </w:t>
      </w:r>
      <w:r>
        <w:rPr>
          <w:rFonts w:ascii="Arial" w:hAnsi="Arial" w:eastAsia="Arial"/>
          <w:b w:val="0"/>
          <w:sz w:val="22"/>
        </w:rPr>
        <w:t>Запись — предварительное согласование даты, времени, специалиста и предполагаемой услуги.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3.10. </w:t>
      </w:r>
      <w:r>
        <w:rPr>
          <w:rFonts w:ascii="Arial" w:hAnsi="Arial" w:eastAsia="Arial"/>
          <w:b w:val="0"/>
          <w:sz w:val="22"/>
        </w:rPr>
        <w:t>Акцепт — полное принятие Оферты действиями, указанными в разделе 5.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3.11. </w:t>
      </w:r>
      <w:r>
        <w:rPr>
          <w:rFonts w:ascii="Arial" w:hAnsi="Arial" w:eastAsia="Arial"/>
          <w:b w:val="0"/>
          <w:sz w:val="22"/>
        </w:rPr>
        <w:t>Медицинская документация — сведения о здоровье, обследованиях, диагнозах, назначениях и оказанной помощи.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3.12. </w:t>
      </w:r>
      <w:r>
        <w:rPr>
          <w:rFonts w:ascii="Arial" w:hAnsi="Arial" w:eastAsia="Arial"/>
          <w:b w:val="0"/>
          <w:sz w:val="22"/>
        </w:rPr>
        <w:t>Электронные каналы — сайт, телефон, электронная почта, Telegram, WhatsApp, MAX и иные официальные каналы Клиники.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4. ПРЕДМЕТ ДОГОВОРА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4.1. </w:t>
      </w:r>
      <w:r>
        <w:rPr>
          <w:rFonts w:ascii="Arial" w:hAnsi="Arial" w:eastAsia="Arial"/>
          <w:b w:val="0"/>
          <w:sz w:val="22"/>
        </w:rPr>
        <w:t>Исполнитель обязуется оказать Пациенту платные медицинские услуги, а Пациент или Заказчик обязуется принять и оплатить их.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4.2. </w:t>
      </w:r>
      <w:r>
        <w:rPr>
          <w:rFonts w:ascii="Arial" w:hAnsi="Arial" w:eastAsia="Arial"/>
          <w:b w:val="0"/>
          <w:sz w:val="22"/>
        </w:rPr>
        <w:t>Конкретный перечень определяется обращением, медицинскими показаниями, результатами осмотра, рекомендациями врача и выбором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4.3. </w:t>
      </w:r>
      <w:r>
        <w:rPr>
          <w:rFonts w:ascii="Arial" w:hAnsi="Arial" w:eastAsia="Arial"/>
          <w:b w:val="0"/>
          <w:sz w:val="22"/>
        </w:rPr>
        <w:t>Клиника вправе оказывать консультации врачей-специалистов, лабораторные исследования, сестринские процедуры, внутривенную терапию и иные вмешательства в рамках амбулаторного приема, при наличии показаний и в пределах лицензии.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4.4. </w:t>
      </w:r>
      <w:r>
        <w:rPr>
          <w:rFonts w:ascii="Arial" w:hAnsi="Arial" w:eastAsia="Arial"/>
          <w:b w:val="0"/>
          <w:sz w:val="22"/>
        </w:rPr>
        <w:t>Упоминание категории услуг не означает безусловной доступности каждой услуги. Возможность зависит от лицензии, оснащения, специалиста, показаний и противопоказаний.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4.5. </w:t>
      </w:r>
      <w:r>
        <w:rPr>
          <w:rFonts w:ascii="Arial" w:hAnsi="Arial" w:eastAsia="Arial"/>
          <w:b w:val="0"/>
          <w:sz w:val="22"/>
        </w:rPr>
        <w:t>Исполнитель не обязан назначать заранее выбранные Пациентом препарат, исследование или процедуру.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4.6. </w:t>
      </w:r>
      <w:r>
        <w:rPr>
          <w:rFonts w:ascii="Arial" w:hAnsi="Arial" w:eastAsia="Arial"/>
          <w:b w:val="0"/>
          <w:sz w:val="22"/>
        </w:rPr>
        <w:t>Услуги несовершеннолетним оказываются с участием законного представителя в предусмотренных законом случаях.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4.7. </w:t>
      </w:r>
      <w:r>
        <w:rPr>
          <w:rFonts w:ascii="Arial" w:hAnsi="Arial" w:eastAsia="Arial"/>
          <w:b w:val="0"/>
          <w:sz w:val="22"/>
        </w:rPr>
        <w:t>Помощь оказывается амбулаторно. Госпитализация, круглосуточное наблюдение и скорая помощь предметом договора не являются.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4.8. </w:t>
      </w:r>
      <w:r>
        <w:rPr>
          <w:rFonts w:ascii="Arial" w:hAnsi="Arial" w:eastAsia="Arial"/>
          <w:b w:val="0"/>
          <w:sz w:val="22"/>
        </w:rPr>
        <w:t>Договор не предусматривает страховое обслуживание по ОМС или ДМС.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4.9. </w:t>
      </w:r>
      <w:r>
        <w:rPr>
          <w:rFonts w:ascii="Arial" w:hAnsi="Arial" w:eastAsia="Arial"/>
          <w:b w:val="0"/>
          <w:sz w:val="22"/>
        </w:rPr>
        <w:t>Место оказания — лицензированное помещение Клиники.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4.10. </w:t>
      </w:r>
      <w:r>
        <w:rPr>
          <w:rFonts w:ascii="Arial" w:hAnsi="Arial" w:eastAsia="Arial"/>
          <w:b w:val="0"/>
          <w:sz w:val="22"/>
        </w:rPr>
        <w:t>Срок каждой услуги согласуется при записи либо определяется медицинскими показаниями.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5. ЗАКЛЮЧЕНИЕ ДОГОВОРА И АКЦЕПТ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5.1. </w:t>
      </w:r>
      <w:r>
        <w:rPr>
          <w:rFonts w:ascii="Arial" w:hAnsi="Arial" w:eastAsia="Arial"/>
          <w:b w:val="0"/>
          <w:sz w:val="22"/>
        </w:rPr>
        <w:t>Договор считается заключенным с момента акцепта Оферты.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5.2. </w:t>
      </w:r>
      <w:r>
        <w:rPr>
          <w:rFonts w:ascii="Arial" w:hAnsi="Arial" w:eastAsia="Arial"/>
          <w:b w:val="0"/>
          <w:sz w:val="22"/>
        </w:rPr>
        <w:t>Акцептом является запись, предоставление данных для оформления, прибытие и регистрация, подписание медицинских документов, внесение оплаты или фактическое начало получения услуги.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5.3. </w:t>
      </w:r>
      <w:r>
        <w:rPr>
          <w:rFonts w:ascii="Arial" w:hAnsi="Arial" w:eastAsia="Arial"/>
          <w:b w:val="0"/>
          <w:sz w:val="22"/>
        </w:rPr>
        <w:t>Акцепт подтверждает ознакомление с Офертой, прейскурантом, правилами записи и документами по персональным данным.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5.4. </w:t>
      </w:r>
      <w:r>
        <w:rPr>
          <w:rFonts w:ascii="Arial" w:hAnsi="Arial" w:eastAsia="Arial"/>
          <w:b w:val="0"/>
          <w:sz w:val="22"/>
        </w:rPr>
        <w:t>До вмешательства оформляются обязательные медицинские документы, включая информированное добровольное согласие.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5.5. </w:t>
      </w:r>
      <w:r>
        <w:rPr>
          <w:rFonts w:ascii="Arial" w:hAnsi="Arial" w:eastAsia="Arial"/>
          <w:b w:val="0"/>
          <w:sz w:val="22"/>
        </w:rPr>
        <w:t>По требованию договор может быть оформлен отдельным бумажным документом.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5.6. </w:t>
      </w:r>
      <w:r>
        <w:rPr>
          <w:rFonts w:ascii="Arial" w:hAnsi="Arial" w:eastAsia="Arial"/>
          <w:b w:val="0"/>
          <w:sz w:val="22"/>
        </w:rPr>
        <w:t>Заказчик, действующий в интересах другого лица, подтверждает полномочия и достоверность сведений.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5.7. </w:t>
      </w:r>
      <w:r>
        <w:rPr>
          <w:rFonts w:ascii="Arial" w:hAnsi="Arial" w:eastAsia="Arial"/>
          <w:b w:val="0"/>
          <w:sz w:val="22"/>
        </w:rPr>
        <w:t>Пациент предъявляет документ, удостоверяющий личность, а представитель — подтверждение полномочий, когда это необходимо.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5.8. </w:t>
      </w:r>
      <w:r>
        <w:rPr>
          <w:rFonts w:ascii="Arial" w:hAnsi="Arial" w:eastAsia="Arial"/>
          <w:b w:val="0"/>
          <w:sz w:val="22"/>
        </w:rPr>
        <w:t>До устранения препятствий Клиника вправе не начинать плановую услугу при отсутствии документов, согласия, существенной информации или при противопоказаниях.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5.9. </w:t>
      </w:r>
      <w:r>
        <w:rPr>
          <w:rFonts w:ascii="Arial" w:hAnsi="Arial" w:eastAsia="Arial"/>
          <w:b w:val="0"/>
          <w:sz w:val="22"/>
        </w:rPr>
        <w:t>Оферта и индивидуально согласованные сведения образуют единый договор.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5.10. </w:t>
      </w:r>
      <w:r>
        <w:rPr>
          <w:rFonts w:ascii="Arial" w:hAnsi="Arial" w:eastAsia="Arial"/>
          <w:b w:val="0"/>
          <w:sz w:val="22"/>
        </w:rPr>
        <w:t>Оплата подтверждается кассовым или иным предусмотренным законом документом.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6. ИНФОРМАЦИЯ ОБ УСЛУГАХ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6.1. </w:t>
      </w:r>
      <w:r>
        <w:rPr>
          <w:rFonts w:ascii="Arial" w:hAnsi="Arial" w:eastAsia="Arial"/>
          <w:b w:val="0"/>
          <w:sz w:val="22"/>
        </w:rPr>
        <w:t>До услуги Пациенту сообщаются наименование, стоимость, условия, предполагаемый объем, риски, альтернативы и ожидаемый результат в объеме, соответствующем вмешательству.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6.2. </w:t>
      </w:r>
      <w:r>
        <w:rPr>
          <w:rFonts w:ascii="Arial" w:hAnsi="Arial" w:eastAsia="Arial"/>
          <w:b w:val="0"/>
          <w:sz w:val="22"/>
        </w:rPr>
        <w:t>Цены указываются в рублях. Итоговая стоимость может зависеть от объема, материалов, препаратов и количества этапов.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6.3. </w:t>
      </w:r>
      <w:r>
        <w:rPr>
          <w:rFonts w:ascii="Arial" w:hAnsi="Arial" w:eastAsia="Arial"/>
          <w:b w:val="0"/>
          <w:sz w:val="22"/>
        </w:rPr>
        <w:t>Предварительная стоимость при записи уточняется после осмотра. Дополнительные услуги выполняются с согласия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6.4. </w:t>
      </w:r>
      <w:r>
        <w:rPr>
          <w:rFonts w:ascii="Arial" w:hAnsi="Arial" w:eastAsia="Arial"/>
          <w:b w:val="0"/>
          <w:sz w:val="22"/>
        </w:rPr>
        <w:t>Пациент вправе отказаться от дополнительных услуг, если отказ не делает вмешательство небезопасным или бессмысленным.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6.5. </w:t>
      </w:r>
      <w:r>
        <w:rPr>
          <w:rFonts w:ascii="Arial" w:hAnsi="Arial" w:eastAsia="Arial"/>
          <w:b w:val="0"/>
          <w:sz w:val="22"/>
        </w:rPr>
        <w:t>Сведения о работниках и квалификации предоставляются на сайте, стенде или по запросу.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6.6. </w:t>
      </w:r>
      <w:r>
        <w:rPr>
          <w:rFonts w:ascii="Arial" w:hAnsi="Arial" w:eastAsia="Arial"/>
          <w:b w:val="0"/>
          <w:sz w:val="22"/>
        </w:rPr>
        <w:t>Информация сайта носит справочный характер; окончательный план определяет врач.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6.7. </w:t>
      </w:r>
      <w:r>
        <w:rPr>
          <w:rFonts w:ascii="Arial" w:hAnsi="Arial" w:eastAsia="Arial"/>
          <w:b w:val="0"/>
          <w:sz w:val="22"/>
        </w:rPr>
        <w:t>Акции и скидки не изменяют показания и не обязывают врача назначать услугу.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6.8. </w:t>
      </w:r>
      <w:r>
        <w:rPr>
          <w:rFonts w:ascii="Arial" w:hAnsi="Arial" w:eastAsia="Arial"/>
          <w:b w:val="0"/>
          <w:sz w:val="22"/>
        </w:rPr>
        <w:t>Правила подготовки доводятся доступным способом. Нарушение подготовки может потребовать переноса или повторного исследования.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6.9. </w:t>
      </w:r>
      <w:r>
        <w:rPr>
          <w:rFonts w:ascii="Arial" w:hAnsi="Arial" w:eastAsia="Arial"/>
          <w:b w:val="0"/>
          <w:sz w:val="22"/>
        </w:rPr>
        <w:t>Пациент вправе запросить информацию о применяемых препаратах и изделиях.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6.10. </w:t>
      </w:r>
      <w:r>
        <w:rPr>
          <w:rFonts w:ascii="Arial" w:hAnsi="Arial" w:eastAsia="Arial"/>
          <w:b w:val="0"/>
          <w:sz w:val="22"/>
        </w:rPr>
        <w:t>Лицензия и обязательные сведения доступны для ознакомления.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7. ЗАПИСЬ, ПЕРЕНОС И ОТМЕНА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7.1. </w:t>
      </w:r>
      <w:r>
        <w:rPr>
          <w:rFonts w:ascii="Arial" w:hAnsi="Arial" w:eastAsia="Arial"/>
          <w:b w:val="0"/>
          <w:sz w:val="22"/>
        </w:rPr>
        <w:t>Запись осуществляется через сайт, телефон, Telegram, WhatsApp, MAX или регистратуру.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7.2. </w:t>
      </w:r>
      <w:r>
        <w:rPr>
          <w:rFonts w:ascii="Arial" w:hAnsi="Arial" w:eastAsia="Arial"/>
          <w:b w:val="0"/>
          <w:sz w:val="22"/>
        </w:rPr>
        <w:t>Электронная заявка считается подтвержденной после подтверждения Клиники.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7.3. </w:t>
      </w:r>
      <w:r>
        <w:rPr>
          <w:rFonts w:ascii="Arial" w:hAnsi="Arial" w:eastAsia="Arial"/>
          <w:b w:val="0"/>
          <w:sz w:val="22"/>
        </w:rPr>
        <w:t>Для записи запрашиваются идентификационные и контактные сведения и краткая цель обращения.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7.4. </w:t>
      </w:r>
      <w:r>
        <w:rPr>
          <w:rFonts w:ascii="Arial" w:hAnsi="Arial" w:eastAsia="Arial"/>
          <w:b w:val="0"/>
          <w:sz w:val="22"/>
        </w:rPr>
        <w:t>Пациент проверяет дату, время, специалиста и адрес в подтверждении.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7.5. </w:t>
      </w:r>
      <w:r>
        <w:rPr>
          <w:rFonts w:ascii="Arial" w:hAnsi="Arial" w:eastAsia="Arial"/>
          <w:b w:val="0"/>
          <w:sz w:val="22"/>
        </w:rPr>
        <w:t>Рекомендуется прибыть за 10–15 минут. Опоздание может сократить прием или повлечь перенос.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7.6. </w:t>
      </w:r>
      <w:r>
        <w:rPr>
          <w:rFonts w:ascii="Arial" w:hAnsi="Arial" w:eastAsia="Arial"/>
          <w:b w:val="0"/>
          <w:sz w:val="22"/>
        </w:rPr>
        <w:t>Отмена или перенос без дополнительных последствий рекомендуется не позднее чем за 24 часа.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7.7. </w:t>
      </w:r>
      <w:r>
        <w:rPr>
          <w:rFonts w:ascii="Arial" w:hAnsi="Arial" w:eastAsia="Arial"/>
          <w:b w:val="0"/>
          <w:sz w:val="22"/>
        </w:rPr>
        <w:t>Уведомление позднее 24 часов не лишает права отказаться; фактически понесенные и подтвержденные расходы могут подлежать возмещению в предусмотренных законом случаях.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7.8. </w:t>
      </w:r>
      <w:r>
        <w:rPr>
          <w:rFonts w:ascii="Arial" w:hAnsi="Arial" w:eastAsia="Arial"/>
          <w:b w:val="0"/>
          <w:sz w:val="22"/>
        </w:rPr>
        <w:t>При систематических неявках Клиника вправе предложить предоплату или ограниченный формат записи.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7.9. </w:t>
      </w:r>
      <w:r>
        <w:rPr>
          <w:rFonts w:ascii="Arial" w:hAnsi="Arial" w:eastAsia="Arial"/>
          <w:b w:val="0"/>
          <w:sz w:val="22"/>
        </w:rPr>
        <w:t>Клиника вправе перенести прием по объективной причине и предлагает альтернативное время.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7.10. </w:t>
      </w:r>
      <w:r>
        <w:rPr>
          <w:rFonts w:ascii="Arial" w:hAnsi="Arial" w:eastAsia="Arial"/>
          <w:b w:val="0"/>
          <w:sz w:val="22"/>
        </w:rPr>
        <w:t>Клиника не отвечает за невозможность уведомления при неверных контактах или отсутствии ответа.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7.11. </w:t>
      </w:r>
      <w:r>
        <w:rPr>
          <w:rFonts w:ascii="Arial" w:hAnsi="Arial" w:eastAsia="Arial"/>
          <w:b w:val="0"/>
          <w:sz w:val="22"/>
        </w:rPr>
        <w:t>Перенос по инициативе Клиники не влечет доплаты; предоплата возвращается, если новое время не согласовано.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7.12. </w:t>
      </w:r>
      <w:r>
        <w:rPr>
          <w:rFonts w:ascii="Arial" w:hAnsi="Arial" w:eastAsia="Arial"/>
          <w:b w:val="0"/>
          <w:sz w:val="22"/>
        </w:rPr>
        <w:t>Отдельные Правила записи применяются в части, не противоречащей Оферте.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8. ПОРЯДОК ОКАЗАНИЯ УСЛУГ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8.1. </w:t>
      </w:r>
      <w:r>
        <w:rPr>
          <w:rFonts w:ascii="Arial" w:hAnsi="Arial" w:eastAsia="Arial"/>
          <w:b w:val="0"/>
          <w:sz w:val="22"/>
        </w:rPr>
        <w:t>Услуги оказывают медицинские работники, допущенные к медицинской деятельности.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8.2. </w:t>
      </w:r>
      <w:r>
        <w:rPr>
          <w:rFonts w:ascii="Arial" w:hAnsi="Arial" w:eastAsia="Arial"/>
          <w:b w:val="0"/>
          <w:sz w:val="22"/>
        </w:rPr>
        <w:t>Пациент сообщает достоверные сведения о жалобах, болезнях, аллергиях, беременности, препаратах и ранее выполненных вмешательствах.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8.3. </w:t>
      </w:r>
      <w:r>
        <w:rPr>
          <w:rFonts w:ascii="Arial" w:hAnsi="Arial" w:eastAsia="Arial"/>
          <w:b w:val="0"/>
          <w:sz w:val="22"/>
        </w:rPr>
        <w:t>Врач вправе назначить дополнительные обследования и консультации.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8.4. </w:t>
      </w:r>
      <w:r>
        <w:rPr>
          <w:rFonts w:ascii="Arial" w:hAnsi="Arial" w:eastAsia="Arial"/>
          <w:b w:val="0"/>
          <w:sz w:val="22"/>
        </w:rPr>
        <w:t>Пациент соблюдает назначения и подготовку; последствия несоблюдения не относятся к ответственности Клиники при наличии причинной связи.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8.5. </w:t>
      </w:r>
      <w:r>
        <w:rPr>
          <w:rFonts w:ascii="Arial" w:hAnsi="Arial" w:eastAsia="Arial"/>
          <w:b w:val="0"/>
          <w:sz w:val="22"/>
        </w:rPr>
        <w:t>Продолжительность приема ориентировочная; начало может задерживаться по медицински обоснованным причинам.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8.6. </w:t>
      </w:r>
      <w:r>
        <w:rPr>
          <w:rFonts w:ascii="Arial" w:hAnsi="Arial" w:eastAsia="Arial"/>
          <w:b w:val="0"/>
          <w:sz w:val="22"/>
        </w:rPr>
        <w:t>Клиника может заменить специалиста или предложить перенос.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8.7. </w:t>
      </w:r>
      <w:r>
        <w:rPr>
          <w:rFonts w:ascii="Arial" w:hAnsi="Arial" w:eastAsia="Arial"/>
          <w:b w:val="0"/>
          <w:sz w:val="22"/>
        </w:rPr>
        <w:t>Вмешательства выполняются при наличии показаний, отсутствии противопоказаний и после согласия.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8.8. </w:t>
      </w:r>
      <w:r>
        <w:rPr>
          <w:rFonts w:ascii="Arial" w:hAnsi="Arial" w:eastAsia="Arial"/>
          <w:b w:val="0"/>
          <w:sz w:val="22"/>
        </w:rPr>
        <w:t>При состоянии, требующем иной помощи, Пациенту разъясняется необходимость обращения в профильную организацию или вызова скорой помощи.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8.9. </w:t>
      </w:r>
      <w:r>
        <w:rPr>
          <w:rFonts w:ascii="Arial" w:hAnsi="Arial" w:eastAsia="Arial"/>
          <w:b w:val="0"/>
          <w:sz w:val="22"/>
        </w:rPr>
        <w:t>Исследования могут выполняться привлеченной лицензированной лабораторией.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8.10. </w:t>
      </w:r>
      <w:r>
        <w:rPr>
          <w:rFonts w:ascii="Arial" w:hAnsi="Arial" w:eastAsia="Arial"/>
          <w:b w:val="0"/>
          <w:sz w:val="22"/>
        </w:rPr>
        <w:t>Результаты исследований подлежат врачебной интерпретации.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8.11. </w:t>
      </w:r>
      <w:r>
        <w:rPr>
          <w:rFonts w:ascii="Arial" w:hAnsi="Arial" w:eastAsia="Arial"/>
          <w:b w:val="0"/>
          <w:sz w:val="22"/>
        </w:rPr>
        <w:t>Инфузии и процедуры выполняются по назначению врача с учетом безопасности.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8.12. </w:t>
      </w:r>
      <w:r>
        <w:rPr>
          <w:rFonts w:ascii="Arial" w:hAnsi="Arial" w:eastAsia="Arial"/>
          <w:b w:val="0"/>
          <w:sz w:val="22"/>
        </w:rPr>
        <w:t>После процедуры Пациент соблюдает рекомендованное время наблюдения.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8.13. </w:t>
      </w:r>
      <w:r>
        <w:rPr>
          <w:rFonts w:ascii="Arial" w:hAnsi="Arial" w:eastAsia="Arial"/>
          <w:b w:val="0"/>
          <w:sz w:val="22"/>
        </w:rPr>
        <w:t>Съемка допускается с соблюдением прав других лиц и правил Клиники.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8.14. </w:t>
      </w:r>
      <w:r>
        <w:rPr>
          <w:rFonts w:ascii="Arial" w:hAnsi="Arial" w:eastAsia="Arial"/>
          <w:b w:val="0"/>
          <w:sz w:val="22"/>
        </w:rPr>
        <w:t>Вмешательство прекращается при ухудшении, противопоказаниях или нарушении требований безопасности.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8.15. </w:t>
      </w:r>
      <w:r>
        <w:rPr>
          <w:rFonts w:ascii="Arial" w:hAnsi="Arial" w:eastAsia="Arial"/>
          <w:b w:val="0"/>
          <w:sz w:val="22"/>
        </w:rPr>
        <w:t>Факт оказания подтверждается медицинской документацией и расчетными документами.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9. ИНФОРМИРОВАННОЕ СОГЛАСИЕ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9.1. </w:t>
      </w:r>
      <w:r>
        <w:rPr>
          <w:rFonts w:ascii="Arial" w:hAnsi="Arial" w:eastAsia="Arial"/>
          <w:b w:val="0"/>
          <w:sz w:val="22"/>
        </w:rPr>
        <w:t>Предварительным условием вмешательства является информированное добровольное согласие, кроме случаев, установленных законом.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9.2. </w:t>
      </w:r>
      <w:r>
        <w:rPr>
          <w:rFonts w:ascii="Arial" w:hAnsi="Arial" w:eastAsia="Arial"/>
          <w:b w:val="0"/>
          <w:sz w:val="22"/>
        </w:rPr>
        <w:t>До согласия врач сообщает цели, методы, риски, варианты, последствия и предполагаемые результаты.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9.3. </w:t>
      </w:r>
      <w:r>
        <w:rPr>
          <w:rFonts w:ascii="Arial" w:hAnsi="Arial" w:eastAsia="Arial"/>
          <w:b w:val="0"/>
          <w:sz w:val="22"/>
        </w:rPr>
        <w:t>Согласие оформляется в требуемой форме на бумаге или электронно при наличии правовой и технической возможности.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9.4. </w:t>
      </w:r>
      <w:r>
        <w:rPr>
          <w:rFonts w:ascii="Arial" w:hAnsi="Arial" w:eastAsia="Arial"/>
          <w:b w:val="0"/>
          <w:sz w:val="22"/>
        </w:rPr>
        <w:t>Общее согласие не исключает специальных согласий на отдельные вмешательства.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9.5. </w:t>
      </w:r>
      <w:r>
        <w:rPr>
          <w:rFonts w:ascii="Arial" w:hAnsi="Arial" w:eastAsia="Arial"/>
          <w:b w:val="0"/>
          <w:sz w:val="22"/>
        </w:rPr>
        <w:t>Пациент вправе отказаться от вмешательства или потребовать прекращения, кроме законных исключений.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9.6. </w:t>
      </w:r>
      <w:r>
        <w:rPr>
          <w:rFonts w:ascii="Arial" w:hAnsi="Arial" w:eastAsia="Arial"/>
          <w:b w:val="0"/>
          <w:sz w:val="22"/>
        </w:rPr>
        <w:t>Последствия отказа разъясняются и фиксируются.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9.7. </w:t>
      </w:r>
      <w:r>
        <w:rPr>
          <w:rFonts w:ascii="Arial" w:hAnsi="Arial" w:eastAsia="Arial"/>
          <w:b w:val="0"/>
          <w:sz w:val="22"/>
        </w:rPr>
        <w:t>Отказ от обследования или лечения может повлиять на диагноз, прогноз и безопасность.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9.8. </w:t>
      </w:r>
      <w:r>
        <w:rPr>
          <w:rFonts w:ascii="Arial" w:hAnsi="Arial" w:eastAsia="Arial"/>
          <w:b w:val="0"/>
          <w:sz w:val="22"/>
        </w:rPr>
        <w:t>Представитель действует в интересах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9.9. </w:t>
      </w:r>
      <w:r>
        <w:rPr>
          <w:rFonts w:ascii="Arial" w:hAnsi="Arial" w:eastAsia="Arial"/>
          <w:b w:val="0"/>
          <w:sz w:val="22"/>
        </w:rPr>
        <w:t>Согласие на персональные данные и медицинское вмешательство являются разными документами.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9.10. </w:t>
      </w:r>
      <w:r>
        <w:rPr>
          <w:rFonts w:ascii="Arial" w:hAnsi="Arial" w:eastAsia="Arial"/>
          <w:b w:val="0"/>
          <w:sz w:val="22"/>
        </w:rPr>
        <w:t>Пациент вправе задавать вопросы до подписания.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10. ПРАВА И ОБЯЗАННОСТИ ПАЦИЕНТА</w:t>
      </w:r>
    </w:p>
    <w:p>
      <w:pPr>
        <w:pStyle w:val="Heading2"/>
        <w:widowControl/>
      </w:pPr>
      <w:r>
        <w:t>10.1. Пациент вправе: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уважительное отношение;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выбирать врача с учетом согласия врача и возможностей Клиники;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информацию о здоровье, диагнозе, прогнозе, методах и рисках;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сведения о стоимости до начала услуги;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отказаться от услуги или вмешательства;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копии и выписки из медицинских документов;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требовать врачебной тайны и защиты данных;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направлять обращения и претензии;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чек;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использовать предусмотренные законом способы защиты.</w:t>
      </w:r>
    </w:p>
    <w:p>
      <w:pPr>
        <w:pStyle w:val="Heading2"/>
        <w:widowControl/>
      </w:pPr>
      <w:r>
        <w:t>10.2. Пациент обязан: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предоставлять полные и достоверные сведения;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сообщать об аллергиях, беременности, заболеваниях и препаратах;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соблюдать назначения и правила подготовки;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уважать персонал и других пациентов;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соблюдать санитарный режим и безопасность;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не приходить на плановый прием в выраженном опьянении;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своевременно оплачивать услуги;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предупреждать об отмене не позднее чем за 24 часа;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бережно относиться к имуществу;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не нарушать частную жизнь и врачебную тайну других лиц.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10.3. </w:t>
      </w:r>
      <w:r>
        <w:rPr>
          <w:rFonts w:ascii="Arial" w:hAnsi="Arial" w:eastAsia="Arial"/>
          <w:b w:val="0"/>
          <w:sz w:val="22"/>
        </w:rPr>
        <w:t>Пациент несет риск последствий сокрытия существенной медицинской информации.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10.4. </w:t>
      </w:r>
      <w:r>
        <w:rPr>
          <w:rFonts w:ascii="Arial" w:hAnsi="Arial" w:eastAsia="Arial"/>
          <w:b w:val="0"/>
          <w:sz w:val="22"/>
        </w:rPr>
        <w:t>Пациент не вправе требовать действий, противоречащих закону, лицензии, показаниям, этике или безопасности.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11. ПРАВА И ОБЯЗАННОСТИ ИСПОЛНИТЕЛЯ</w:t>
      </w:r>
    </w:p>
    <w:p>
      <w:pPr>
        <w:pStyle w:val="Heading2"/>
        <w:widowControl/>
      </w:pPr>
      <w:r>
        <w:t>11.1. Исполнитель обязан: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оказывать услуги в пределах лицензии и квалификации;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соблюдать обязательные порядки и требования;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предоставлять обязательную информацию;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вести медицинскую документацию;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получать информированное согласие;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соблюдать врачебную тайну и персональные данные;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выдавать чек;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обеспечивать санитарный режим;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рассматривать обращения;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возвращать средства за неоказанные услуги в установленных случаях.</w:t>
      </w:r>
    </w:p>
    <w:p>
      <w:pPr>
        <w:pStyle w:val="Heading2"/>
        <w:widowControl/>
      </w:pPr>
      <w:r>
        <w:t>11.2. Исполнитель вправе: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определять медицинскую тактику;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назначать обследования и консультации;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не выполнять противопоказанную или необоснованную услугу;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переносить прием по объективной причине;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привлекать лицензированные лаборатории;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требовать необходимые документы и сведения;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прекращать обслуживание при угрозах и нарушении безопасности, если нет угрозы жизни;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изменять прейскурант на будущее;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связываться с Пациентом по сервисным вопросам.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11.3. </w:t>
      </w:r>
      <w:r>
        <w:rPr>
          <w:rFonts w:ascii="Arial" w:hAnsi="Arial" w:eastAsia="Arial"/>
          <w:b w:val="0"/>
          <w:sz w:val="22"/>
        </w:rPr>
        <w:t>Отказ в плановой услуге должен иметь законные, медицинские или организационные основания.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11.4. </w:t>
      </w:r>
      <w:r>
        <w:rPr>
          <w:rFonts w:ascii="Arial" w:hAnsi="Arial" w:eastAsia="Arial"/>
          <w:b w:val="0"/>
          <w:sz w:val="22"/>
        </w:rPr>
        <w:t>При признаках экстренного состояния персонал действует в пределах компетенции и вызывает скорую помощь.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12. СТОИМОСТЬ И РАСЧЕТЫ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12.1. </w:t>
      </w:r>
      <w:r>
        <w:rPr>
          <w:rFonts w:ascii="Arial" w:hAnsi="Arial" w:eastAsia="Arial"/>
          <w:b w:val="0"/>
          <w:sz w:val="22"/>
        </w:rPr>
        <w:t>Стоимость определяется прейскурантом на дату оказания.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12.2. </w:t>
      </w:r>
      <w:r>
        <w:rPr>
          <w:rFonts w:ascii="Arial" w:hAnsi="Arial" w:eastAsia="Arial"/>
          <w:b w:val="0"/>
          <w:sz w:val="22"/>
        </w:rPr>
        <w:t>Оплата производится наличными, банковской картой или через СБП.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12.3. </w:t>
      </w:r>
      <w:r>
        <w:rPr>
          <w:rFonts w:ascii="Arial" w:hAnsi="Arial" w:eastAsia="Arial"/>
          <w:b w:val="0"/>
          <w:sz w:val="22"/>
        </w:rPr>
        <w:t>Оплата по ОМС, ДМС, страховкой или переводом по публикуемым банковским реквизитам не предусмотрена.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12.4. </w:t>
      </w:r>
      <w:r>
        <w:rPr>
          <w:rFonts w:ascii="Arial" w:hAnsi="Arial" w:eastAsia="Arial"/>
          <w:b w:val="0"/>
          <w:sz w:val="22"/>
        </w:rPr>
        <w:t>Оплата производится до или после услуги по внутреннему порядку Клиники.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12.5. </w:t>
      </w:r>
      <w:r>
        <w:rPr>
          <w:rFonts w:ascii="Arial" w:hAnsi="Arial" w:eastAsia="Arial"/>
          <w:b w:val="0"/>
          <w:sz w:val="22"/>
        </w:rPr>
        <w:t>Дополнительная стоимость сообщается до выполнения дополнительной услуги.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12.6. </w:t>
      </w:r>
      <w:r>
        <w:rPr>
          <w:rFonts w:ascii="Arial" w:hAnsi="Arial" w:eastAsia="Arial"/>
          <w:b w:val="0"/>
          <w:sz w:val="22"/>
        </w:rPr>
        <w:t>Клиника применяет контрольно-кассовую технику и выдает чек.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12.7. </w:t>
      </w:r>
      <w:r>
        <w:rPr>
          <w:rFonts w:ascii="Arial" w:hAnsi="Arial" w:eastAsia="Arial"/>
          <w:b w:val="0"/>
          <w:sz w:val="22"/>
        </w:rPr>
        <w:t>Скидки применяются по условиям акции и не суммируются, если иное не указано.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12.8. </w:t>
      </w:r>
      <w:r>
        <w:rPr>
          <w:rFonts w:ascii="Arial" w:hAnsi="Arial" w:eastAsia="Arial"/>
          <w:b w:val="0"/>
          <w:sz w:val="22"/>
        </w:rPr>
        <w:t>Возврат за неоказанную услугу производится тем же способом, если иной способ не согласован.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12.9. </w:t>
      </w:r>
      <w:r>
        <w:rPr>
          <w:rFonts w:ascii="Arial" w:hAnsi="Arial" w:eastAsia="Arial"/>
          <w:b w:val="0"/>
          <w:sz w:val="22"/>
        </w:rPr>
        <w:t>При отказе оплачиваются фактически оказанные услуги и подтвержденные расходы.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12.10. </w:t>
      </w:r>
      <w:r>
        <w:rPr>
          <w:rFonts w:ascii="Arial" w:hAnsi="Arial" w:eastAsia="Arial"/>
          <w:b w:val="0"/>
          <w:sz w:val="22"/>
        </w:rPr>
        <w:t>При невозможности оказания по вине Клиники предоплата возвращается или зачитывается по выбору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12.11. </w:t>
      </w:r>
      <w:r>
        <w:rPr>
          <w:rFonts w:ascii="Arial" w:hAnsi="Arial" w:eastAsia="Arial"/>
          <w:b w:val="0"/>
          <w:sz w:val="22"/>
        </w:rPr>
        <w:t>При частичном исполнении учитываются выполненные этапы и использованные материалы.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12.12. </w:t>
      </w:r>
      <w:r>
        <w:rPr>
          <w:rFonts w:ascii="Arial" w:hAnsi="Arial" w:eastAsia="Arial"/>
          <w:b w:val="0"/>
          <w:sz w:val="22"/>
        </w:rPr>
        <w:t>Расчетные споры разрешаются на основании чеков, прейскуранта и медицинской документации.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13. МЕДИЦИНСКАЯ ДОКУМЕНТАЦИЯ И ВРАЧЕБНАЯ ТАЙНА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13.1. </w:t>
      </w:r>
      <w:r>
        <w:rPr>
          <w:rFonts w:ascii="Arial" w:hAnsi="Arial" w:eastAsia="Arial"/>
          <w:b w:val="0"/>
          <w:sz w:val="22"/>
        </w:rPr>
        <w:t>Клиника ведет медицинскую документацию по законодательству.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13.2. </w:t>
      </w:r>
      <w:r>
        <w:rPr>
          <w:rFonts w:ascii="Arial" w:hAnsi="Arial" w:eastAsia="Arial"/>
          <w:b w:val="0"/>
          <w:sz w:val="22"/>
        </w:rPr>
        <w:t>Материальный носитель документации принадлежит медицинской организации, а сведения о здоровье охраняются законом.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13.3. </w:t>
      </w:r>
      <w:r>
        <w:rPr>
          <w:rFonts w:ascii="Arial" w:hAnsi="Arial" w:eastAsia="Arial"/>
          <w:b w:val="0"/>
          <w:sz w:val="22"/>
        </w:rPr>
        <w:t>Пациент вправе знакомиться с документами и получать копии и выписки по установленному порядку.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13.4. </w:t>
      </w:r>
      <w:r>
        <w:rPr>
          <w:rFonts w:ascii="Arial" w:hAnsi="Arial" w:eastAsia="Arial"/>
          <w:b w:val="0"/>
          <w:sz w:val="22"/>
        </w:rPr>
        <w:t>Представителю сведения выдаются после проверки полномочий.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13.5. </w:t>
      </w:r>
      <w:r>
        <w:rPr>
          <w:rFonts w:ascii="Arial" w:hAnsi="Arial" w:eastAsia="Arial"/>
          <w:b w:val="0"/>
          <w:sz w:val="22"/>
        </w:rPr>
        <w:t>Факт обращения, здоровье, диагноз и иные сведения составляют врачебную тайну.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13.6. </w:t>
      </w:r>
      <w:r>
        <w:rPr>
          <w:rFonts w:ascii="Arial" w:hAnsi="Arial" w:eastAsia="Arial"/>
          <w:b w:val="0"/>
          <w:sz w:val="22"/>
        </w:rPr>
        <w:t>Раскрытие допускается с согласием либо в прямо предусмотренных законом случаях.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13.7. </w:t>
      </w:r>
      <w:r>
        <w:rPr>
          <w:rFonts w:ascii="Arial" w:hAnsi="Arial" w:eastAsia="Arial"/>
          <w:b w:val="0"/>
          <w:sz w:val="22"/>
        </w:rPr>
        <w:t>Результаты выдаются лично, представителю или электронно по согласованному безопасному каналу.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13.8. </w:t>
      </w:r>
      <w:r>
        <w:rPr>
          <w:rFonts w:ascii="Arial" w:hAnsi="Arial" w:eastAsia="Arial"/>
          <w:b w:val="0"/>
          <w:sz w:val="22"/>
        </w:rPr>
        <w:t>Электронная отправка требует отдельного согласия и подтверждения контакта.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13.9. </w:t>
      </w:r>
      <w:r>
        <w:rPr>
          <w:rFonts w:ascii="Arial" w:hAnsi="Arial" w:eastAsia="Arial"/>
          <w:b w:val="0"/>
          <w:sz w:val="22"/>
        </w:rPr>
        <w:t>Клиника вправе использовать медицинскую информационную систему.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13.10. </w:t>
      </w:r>
      <w:r>
        <w:rPr>
          <w:rFonts w:ascii="Arial" w:hAnsi="Arial" w:eastAsia="Arial"/>
          <w:b w:val="0"/>
          <w:sz w:val="22"/>
        </w:rPr>
        <w:t>Сроки хранения определяются законодательством.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13.11. </w:t>
      </w:r>
      <w:r>
        <w:rPr>
          <w:rFonts w:ascii="Arial" w:hAnsi="Arial" w:eastAsia="Arial"/>
          <w:b w:val="0"/>
          <w:sz w:val="22"/>
        </w:rPr>
        <w:t>Исправления обеспечивают сохранение исходных данных и прослеживаемость.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13.12. </w:t>
      </w:r>
      <w:r>
        <w:rPr>
          <w:rFonts w:ascii="Arial" w:hAnsi="Arial" w:eastAsia="Arial"/>
          <w:b w:val="0"/>
          <w:sz w:val="22"/>
        </w:rPr>
        <w:t>Пациент сообщает об ошибках в идентификационных и контактных данных.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14. ПЕРСОНАЛЬНЫЕ ДАННЫЕ И КОММУНИКАЦИИ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14.1. </w:t>
      </w:r>
      <w:r>
        <w:rPr>
          <w:rFonts w:ascii="Arial" w:hAnsi="Arial" w:eastAsia="Arial"/>
          <w:b w:val="0"/>
          <w:sz w:val="22"/>
        </w:rPr>
        <w:t>Клиника является оператором персональных данных для целей договора и медицинской деятельности.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14.2. </w:t>
      </w:r>
      <w:r>
        <w:rPr>
          <w:rFonts w:ascii="Arial" w:hAnsi="Arial" w:eastAsia="Arial"/>
          <w:b w:val="0"/>
          <w:sz w:val="22"/>
        </w:rPr>
        <w:t>Обработка ведется на законных основаниях, включая договор, обязанности оператора и согласие там, где оно требуется.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14.3. </w:t>
      </w:r>
      <w:r>
        <w:rPr>
          <w:rFonts w:ascii="Arial" w:hAnsi="Arial" w:eastAsia="Arial"/>
          <w:b w:val="0"/>
          <w:sz w:val="22"/>
        </w:rPr>
        <w:t>Обрабатываются идентификационные, контактные, финансовые данные, сведения о здоровье, данные представителя и технические сведения.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14.4. </w:t>
      </w:r>
      <w:r>
        <w:rPr>
          <w:rFonts w:ascii="Arial" w:hAnsi="Arial" w:eastAsia="Arial"/>
          <w:b w:val="0"/>
          <w:sz w:val="22"/>
        </w:rPr>
        <w:t>Цели: запись, идентификация, помощь, документация, расчеты, обратная связь, результаты, контроль качества и соблюдение закона.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14.5. </w:t>
      </w:r>
      <w:r>
        <w:rPr>
          <w:rFonts w:ascii="Arial" w:hAnsi="Arial" w:eastAsia="Arial"/>
          <w:b w:val="0"/>
          <w:sz w:val="22"/>
        </w:rPr>
        <w:t>Подробные условия раскрываются в Политике обработки персональных данных.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14.6. </w:t>
      </w:r>
      <w:r>
        <w:rPr>
          <w:rFonts w:ascii="Arial" w:hAnsi="Arial" w:eastAsia="Arial"/>
          <w:b w:val="0"/>
          <w:sz w:val="22"/>
        </w:rPr>
        <w:t>Рекламное согласие оформляется отдельно и не является условием лечения.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14.7. </w:t>
      </w:r>
      <w:r>
        <w:rPr>
          <w:rFonts w:ascii="Arial" w:hAnsi="Arial" w:eastAsia="Arial"/>
          <w:b w:val="0"/>
          <w:sz w:val="22"/>
        </w:rPr>
        <w:t>Сервисные сообщения о записи, подготовке и результатах не являются рекламой без рекламного содержания.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14.8. </w:t>
      </w:r>
      <w:r>
        <w:rPr>
          <w:rFonts w:ascii="Arial" w:hAnsi="Arial" w:eastAsia="Arial"/>
          <w:b w:val="0"/>
          <w:sz w:val="22"/>
        </w:rPr>
        <w:t>Пациент выбирает доступный канал связи и поддерживает контакты актуальными.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14.9. </w:t>
      </w:r>
      <w:r>
        <w:rPr>
          <w:rFonts w:ascii="Arial" w:hAnsi="Arial" w:eastAsia="Arial"/>
          <w:b w:val="0"/>
          <w:sz w:val="22"/>
        </w:rPr>
        <w:t>Передача лабораториям и обработчикам допускается в необходимом объеме и на законном основании.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14.10. </w:t>
      </w:r>
      <w:r>
        <w:rPr>
          <w:rFonts w:ascii="Arial" w:hAnsi="Arial" w:eastAsia="Arial"/>
          <w:b w:val="0"/>
          <w:sz w:val="22"/>
        </w:rPr>
        <w:t>Трансграничная передача осуществляется только при соблюдении закона.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14.11. </w:t>
      </w:r>
      <w:r>
        <w:rPr>
          <w:rFonts w:ascii="Arial" w:hAnsi="Arial" w:eastAsia="Arial"/>
          <w:b w:val="0"/>
          <w:sz w:val="22"/>
        </w:rPr>
        <w:t>Отзыв согласия не прекращает обработку на ином законном основании.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14.12. </w:t>
      </w:r>
      <w:r>
        <w:rPr>
          <w:rFonts w:ascii="Arial" w:hAnsi="Arial" w:eastAsia="Arial"/>
          <w:b w:val="0"/>
          <w:sz w:val="22"/>
        </w:rPr>
        <w:t>Запросы направляются на akyar.med@mail.ru или по адресу Клиники.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15. КАЧЕСТВО И ОГРАНИЧЕНИЯ РЕЗУЛЬТАТА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15.1. </w:t>
      </w:r>
      <w:r>
        <w:rPr>
          <w:rFonts w:ascii="Arial" w:hAnsi="Arial" w:eastAsia="Arial"/>
          <w:b w:val="0"/>
          <w:sz w:val="22"/>
        </w:rPr>
        <w:t>Услуги оказываются по обязательным требованиям качества и безопасности.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15.2. </w:t>
      </w:r>
      <w:r>
        <w:rPr>
          <w:rFonts w:ascii="Arial" w:hAnsi="Arial" w:eastAsia="Arial"/>
          <w:b w:val="0"/>
          <w:sz w:val="22"/>
        </w:rPr>
        <w:t>Медицина не допускает безусловной гарантии результата; он зависит от особенностей организма и соблюдения назначений.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15.3. </w:t>
      </w:r>
      <w:r>
        <w:rPr>
          <w:rFonts w:ascii="Arial" w:hAnsi="Arial" w:eastAsia="Arial"/>
          <w:b w:val="0"/>
          <w:sz w:val="22"/>
        </w:rPr>
        <w:t>Клиника гарантирует надлежащее выполнение профессиональных действий, но не выздоровление или конкретный срок улучшения.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15.4. </w:t>
      </w:r>
      <w:r>
        <w:rPr>
          <w:rFonts w:ascii="Arial" w:hAnsi="Arial" w:eastAsia="Arial"/>
          <w:b w:val="0"/>
          <w:sz w:val="22"/>
        </w:rPr>
        <w:t>Характерные риски и осложнения сами по себе не свидетельствуют о недостатке при надлежащем оказании и информировании.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15.5. </w:t>
      </w:r>
      <w:r>
        <w:rPr>
          <w:rFonts w:ascii="Arial" w:hAnsi="Arial" w:eastAsia="Arial"/>
          <w:b w:val="0"/>
          <w:sz w:val="22"/>
        </w:rPr>
        <w:t>Сроки обследования и лечения корректируются по показаниям.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15.6. </w:t>
      </w:r>
      <w:r>
        <w:rPr>
          <w:rFonts w:ascii="Arial" w:hAnsi="Arial" w:eastAsia="Arial"/>
          <w:b w:val="0"/>
          <w:sz w:val="22"/>
        </w:rPr>
        <w:t>При недостатке Пациент вправе заявить требования по закону.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15.7. </w:t>
      </w:r>
      <w:r>
        <w:rPr>
          <w:rFonts w:ascii="Arial" w:hAnsi="Arial" w:eastAsia="Arial"/>
          <w:b w:val="0"/>
          <w:sz w:val="22"/>
        </w:rPr>
        <w:t>Клиника вправе провести внутренний контроль, врачебную комиссию и контрольный осмотр.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15.8. </w:t>
      </w:r>
      <w:r>
        <w:rPr>
          <w:rFonts w:ascii="Arial" w:hAnsi="Arial" w:eastAsia="Arial"/>
          <w:b w:val="0"/>
          <w:sz w:val="22"/>
        </w:rPr>
        <w:t>Отказ от контрольного осмотра может затруднить объективную оценку.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15.9. </w:t>
      </w:r>
      <w:r>
        <w:rPr>
          <w:rFonts w:ascii="Arial" w:hAnsi="Arial" w:eastAsia="Arial"/>
          <w:b w:val="0"/>
          <w:sz w:val="22"/>
        </w:rPr>
        <w:t>Отзывы и истории других лиц не обещают аналогичный результат.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15.10. </w:t>
      </w:r>
      <w:r>
        <w:rPr>
          <w:rFonts w:ascii="Arial" w:hAnsi="Arial" w:eastAsia="Arial"/>
          <w:b w:val="0"/>
          <w:sz w:val="22"/>
        </w:rPr>
        <w:t>Прогноз носит вероятностный характер.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16. ОТВЕТСТВЕННОСТЬ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16.1. </w:t>
      </w:r>
      <w:r>
        <w:rPr>
          <w:rFonts w:ascii="Arial" w:hAnsi="Arial" w:eastAsia="Arial"/>
          <w:b w:val="0"/>
          <w:sz w:val="22"/>
        </w:rPr>
        <w:t>Стороны отвечают по законодательству и договору.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16.2. </w:t>
      </w:r>
      <w:r>
        <w:rPr>
          <w:rFonts w:ascii="Arial" w:hAnsi="Arial" w:eastAsia="Arial"/>
          <w:b w:val="0"/>
          <w:sz w:val="22"/>
        </w:rPr>
        <w:t>Клиника отвечает за причиненный вред при наличии предусмотренных законом оснований.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16.3. </w:t>
      </w:r>
      <w:r>
        <w:rPr>
          <w:rFonts w:ascii="Arial" w:hAnsi="Arial" w:eastAsia="Arial"/>
          <w:b w:val="0"/>
          <w:sz w:val="22"/>
        </w:rPr>
        <w:t>Оферта не ограничивает ответственность там, где это запрещено законом.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16.4. </w:t>
      </w:r>
      <w:r>
        <w:rPr>
          <w:rFonts w:ascii="Arial" w:hAnsi="Arial" w:eastAsia="Arial"/>
          <w:b w:val="0"/>
          <w:sz w:val="22"/>
        </w:rPr>
        <w:t>Клиника не отвечает за последствия недостоверных сведений, нарушения назначений, самолечения или позднего обращения при наличии причинной связи.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16.5. </w:t>
      </w:r>
      <w:r>
        <w:rPr>
          <w:rFonts w:ascii="Arial" w:hAnsi="Arial" w:eastAsia="Arial"/>
          <w:b w:val="0"/>
          <w:sz w:val="22"/>
        </w:rPr>
        <w:t>Клиника не отвечает за работу внешних сетей, банков, платежных сервисов и мессенджеров вне разумного контроля.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16.6. </w:t>
      </w:r>
      <w:r>
        <w:rPr>
          <w:rFonts w:ascii="Arial" w:hAnsi="Arial" w:eastAsia="Arial"/>
          <w:b w:val="0"/>
          <w:sz w:val="22"/>
        </w:rPr>
        <w:t>Пациент возмещает виновно причиненный имуществу ущерб по закону.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16.7. </w:t>
      </w:r>
      <w:r>
        <w:rPr>
          <w:rFonts w:ascii="Arial" w:hAnsi="Arial" w:eastAsia="Arial"/>
          <w:b w:val="0"/>
          <w:sz w:val="22"/>
        </w:rPr>
        <w:t>Заказчик отвечает за платежи, но не принимает медицинские решения без полномочий.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16.8. </w:t>
      </w:r>
      <w:r>
        <w:rPr>
          <w:rFonts w:ascii="Arial" w:hAnsi="Arial" w:eastAsia="Arial"/>
          <w:b w:val="0"/>
          <w:sz w:val="22"/>
        </w:rPr>
        <w:t>Возврат денег не исключает иных способов защиты.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16.9. </w:t>
      </w:r>
      <w:r>
        <w:rPr>
          <w:rFonts w:ascii="Arial" w:hAnsi="Arial" w:eastAsia="Arial"/>
          <w:b w:val="0"/>
          <w:sz w:val="22"/>
        </w:rPr>
        <w:t>Стороны содействуют установлению обстоятельств и предоставляют документы.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16.10. </w:t>
      </w:r>
      <w:r>
        <w:rPr>
          <w:rFonts w:ascii="Arial" w:hAnsi="Arial" w:eastAsia="Arial"/>
          <w:b w:val="0"/>
          <w:sz w:val="22"/>
        </w:rPr>
        <w:t>Моральный вред, неустойка и штраф взыскиваются при наличии законных оснований.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17. ПРИОСТАНОВЛЕНИЕ И ПРЕКРАЩЕНИЕ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17.1. </w:t>
      </w:r>
      <w:r>
        <w:rPr>
          <w:rFonts w:ascii="Arial" w:hAnsi="Arial" w:eastAsia="Arial"/>
          <w:b w:val="0"/>
          <w:sz w:val="22"/>
        </w:rPr>
        <w:t>Пациент вправе отказаться от договора в любое время при оплате оказанных услуг и фактически понесенных расходов.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17.2. </w:t>
      </w:r>
      <w:r>
        <w:rPr>
          <w:rFonts w:ascii="Arial" w:hAnsi="Arial" w:eastAsia="Arial"/>
          <w:b w:val="0"/>
          <w:sz w:val="22"/>
        </w:rPr>
        <w:t>Клиника вправе отказаться от исполнения только с соблюдением закона и без создания угрозы жизни и здоровью.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17.3. </w:t>
      </w:r>
      <w:r>
        <w:rPr>
          <w:rFonts w:ascii="Arial" w:hAnsi="Arial" w:eastAsia="Arial"/>
          <w:b w:val="0"/>
          <w:sz w:val="22"/>
        </w:rPr>
        <w:t>Плановая услуга может быть приостановлена при противопоказаниях, отсутствии показаний, отказе от обследования, отсутствии согласия, опьянении, агрессии или технической невозможности.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17.4. </w:t>
      </w:r>
      <w:r>
        <w:rPr>
          <w:rFonts w:ascii="Arial" w:hAnsi="Arial" w:eastAsia="Arial"/>
          <w:b w:val="0"/>
          <w:sz w:val="22"/>
        </w:rPr>
        <w:t>При задолженности Клиника вправе не начинать новую плановую услугу, кроме обязательных случаев экстренной помощи.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17.5. </w:t>
      </w:r>
      <w:r>
        <w:rPr>
          <w:rFonts w:ascii="Arial" w:hAnsi="Arial" w:eastAsia="Arial"/>
          <w:b w:val="0"/>
          <w:sz w:val="22"/>
        </w:rPr>
        <w:t>При невозможности продолжения по возможности выдаются рекомендации для дальнейшего обращения.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17.6. </w:t>
      </w:r>
      <w:r>
        <w:rPr>
          <w:rFonts w:ascii="Arial" w:hAnsi="Arial" w:eastAsia="Arial"/>
          <w:b w:val="0"/>
          <w:sz w:val="22"/>
        </w:rPr>
        <w:t>Прекращение не прекращает обязанности по расчетам, хранению, тайне и законной обработке данных.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17.7. </w:t>
      </w:r>
      <w:r>
        <w:rPr>
          <w:rFonts w:ascii="Arial" w:hAnsi="Arial" w:eastAsia="Arial"/>
          <w:b w:val="0"/>
          <w:sz w:val="22"/>
        </w:rPr>
        <w:t>Остаток предоплаты возвращается после учета выполненного.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17.8. </w:t>
      </w:r>
      <w:r>
        <w:rPr>
          <w:rFonts w:ascii="Arial" w:hAnsi="Arial" w:eastAsia="Arial"/>
          <w:b w:val="0"/>
          <w:sz w:val="22"/>
        </w:rPr>
        <w:t>Основания прекращения фиксируются документально.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18. ОБРАЩЕНИЯ И СПОРЫ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18.1. </w:t>
      </w:r>
      <w:r>
        <w:rPr>
          <w:rFonts w:ascii="Arial" w:hAnsi="Arial" w:eastAsia="Arial"/>
          <w:b w:val="0"/>
          <w:sz w:val="22"/>
        </w:rPr>
        <w:t>Обращение подается устно администрации, письменно или электронно.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18.2. </w:t>
      </w:r>
      <w:r>
        <w:rPr>
          <w:rFonts w:ascii="Arial" w:hAnsi="Arial" w:eastAsia="Arial"/>
          <w:b w:val="0"/>
          <w:sz w:val="22"/>
        </w:rPr>
        <w:t>Рекомендуется указать Ф.И.О., контакты, дату приема, специалиста, обстоятельства и требование.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18.3. </w:t>
      </w:r>
      <w:r>
        <w:rPr>
          <w:rFonts w:ascii="Arial" w:hAnsi="Arial" w:eastAsia="Arial"/>
          <w:b w:val="0"/>
          <w:sz w:val="22"/>
        </w:rPr>
        <w:t>Обращения регистрируются и рассматриваются в предусмотренные законом сроки.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18.4. </w:t>
      </w:r>
      <w:r>
        <w:rPr>
          <w:rFonts w:ascii="Arial" w:hAnsi="Arial" w:eastAsia="Arial"/>
          <w:b w:val="0"/>
          <w:sz w:val="22"/>
        </w:rPr>
        <w:t>Клиника может запросить сведения, пригласить на осмотр или передать вопрос врачебной комиссии.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18.5. </w:t>
      </w:r>
      <w:r>
        <w:rPr>
          <w:rFonts w:ascii="Arial" w:hAnsi="Arial" w:eastAsia="Arial"/>
          <w:b w:val="0"/>
          <w:sz w:val="22"/>
        </w:rPr>
        <w:t>Ответ направляется с соблюдением идентификации и врачебной тайны.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18.6. </w:t>
      </w:r>
      <w:r>
        <w:rPr>
          <w:rFonts w:ascii="Arial" w:hAnsi="Arial" w:eastAsia="Arial"/>
          <w:b w:val="0"/>
          <w:sz w:val="22"/>
        </w:rPr>
        <w:t>Пациент вправе обратиться в органы и суд, если обязательный претензионный порядок не установлен.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18.7. </w:t>
      </w:r>
      <w:r>
        <w:rPr>
          <w:rFonts w:ascii="Arial" w:hAnsi="Arial" w:eastAsia="Arial"/>
          <w:b w:val="0"/>
          <w:sz w:val="22"/>
        </w:rPr>
        <w:t>Подсудность определяется законодательством о защите прав потребителей.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18.8. </w:t>
      </w:r>
      <w:r>
        <w:rPr>
          <w:rFonts w:ascii="Arial" w:hAnsi="Arial" w:eastAsia="Arial"/>
          <w:b w:val="0"/>
          <w:sz w:val="22"/>
        </w:rPr>
        <w:t>Споры по возможности разрешаются переговорами и внутренней проверкой.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18.9. </w:t>
      </w:r>
      <w:r>
        <w:rPr>
          <w:rFonts w:ascii="Arial" w:hAnsi="Arial" w:eastAsia="Arial"/>
          <w:b w:val="0"/>
          <w:sz w:val="22"/>
        </w:rPr>
        <w:t>Угрозы и сведения о противоправных действиях могут быть переданы компетентным органам.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18.10. </w:t>
      </w:r>
      <w:r>
        <w:rPr>
          <w:rFonts w:ascii="Arial" w:hAnsi="Arial" w:eastAsia="Arial"/>
          <w:b w:val="0"/>
          <w:sz w:val="22"/>
        </w:rPr>
        <w:t>Контакты для обращений: akyar.med@mail.ru, адрес Клиники, +7 (987) 003-00-70.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19. НЕПРЕОДОЛИМАЯ СИЛА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19.1. </w:t>
      </w:r>
      <w:r>
        <w:rPr>
          <w:rFonts w:ascii="Arial" w:hAnsi="Arial" w:eastAsia="Arial"/>
          <w:b w:val="0"/>
          <w:sz w:val="22"/>
        </w:rPr>
        <w:t>Стороны освобождаются от ответственности за неисполнение вследствие чрезвычайных и непредотвратимых обстоятельств.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19.2. </w:t>
      </w:r>
      <w:r>
        <w:rPr>
          <w:rFonts w:ascii="Arial" w:hAnsi="Arial" w:eastAsia="Arial"/>
          <w:b w:val="0"/>
          <w:sz w:val="22"/>
        </w:rPr>
        <w:t>К ним могут относиться стихийные бедствия, пожары, эпидемические ограничения, военные действия, обязательные акты власти и аварии инфраструктуры.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19.3. </w:t>
      </w:r>
      <w:r>
        <w:rPr>
          <w:rFonts w:ascii="Arial" w:hAnsi="Arial" w:eastAsia="Arial"/>
          <w:b w:val="0"/>
          <w:sz w:val="22"/>
        </w:rPr>
        <w:t>Недостаток денег, обычные кадровые сложности или единичный сбой сами по себе не являются непреодолимой силой.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19.4. </w:t>
      </w:r>
      <w:r>
        <w:rPr>
          <w:rFonts w:ascii="Arial" w:hAnsi="Arial" w:eastAsia="Arial"/>
          <w:b w:val="0"/>
          <w:sz w:val="22"/>
        </w:rPr>
        <w:t>Сторона уведомляет другую сторону и уменьшает последствия.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19.5. </w:t>
      </w:r>
      <w:r>
        <w:rPr>
          <w:rFonts w:ascii="Arial" w:hAnsi="Arial" w:eastAsia="Arial"/>
          <w:b w:val="0"/>
          <w:sz w:val="22"/>
        </w:rPr>
        <w:t>За неоказанную оплаченную услугу деньги возвращаются в неисполненной части.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19.6. </w:t>
      </w:r>
      <w:r>
        <w:rPr>
          <w:rFonts w:ascii="Arial" w:hAnsi="Arial" w:eastAsia="Arial"/>
          <w:b w:val="0"/>
          <w:sz w:val="22"/>
        </w:rPr>
        <w:t>При длительной невозможности каждая сторона вправе прекратить договор в неисполненной части.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20. СРОК ДЕЙСТВИЯ И ИЗМЕНЕНИЕ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20.1. </w:t>
      </w:r>
      <w:r>
        <w:rPr>
          <w:rFonts w:ascii="Arial" w:hAnsi="Arial" w:eastAsia="Arial"/>
          <w:b w:val="0"/>
          <w:sz w:val="22"/>
        </w:rPr>
        <w:t>Оферта действует с даты на титульном листе до отзыва или новой редакции.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20.2. </w:t>
      </w:r>
      <w:r>
        <w:rPr>
          <w:rFonts w:ascii="Arial" w:hAnsi="Arial" w:eastAsia="Arial"/>
          <w:b w:val="0"/>
          <w:sz w:val="22"/>
        </w:rPr>
        <w:t>Клиника вправе изменять Оферту при изменении законодательства, лицензии, процессов и услуг.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20.3. </w:t>
      </w:r>
      <w:r>
        <w:rPr>
          <w:rFonts w:ascii="Arial" w:hAnsi="Arial" w:eastAsia="Arial"/>
          <w:b w:val="0"/>
          <w:sz w:val="22"/>
        </w:rPr>
        <w:t>Новая редакция применяется к отношениям после публикации, если иное не следует из закона.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20.4. </w:t>
      </w:r>
      <w:r>
        <w:rPr>
          <w:rFonts w:ascii="Arial" w:hAnsi="Arial" w:eastAsia="Arial"/>
          <w:b w:val="0"/>
          <w:sz w:val="22"/>
        </w:rPr>
        <w:t>Условия уже оплаченной услуги не ухудшаются задним числом.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20.5. </w:t>
      </w:r>
      <w:r>
        <w:rPr>
          <w:rFonts w:ascii="Arial" w:hAnsi="Arial" w:eastAsia="Arial"/>
          <w:b w:val="0"/>
          <w:sz w:val="22"/>
        </w:rPr>
        <w:t>Договор с Пациентом действует до исполнения или прекращения.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20.6. </w:t>
      </w:r>
      <w:r>
        <w:rPr>
          <w:rFonts w:ascii="Arial" w:hAnsi="Arial" w:eastAsia="Arial"/>
          <w:b w:val="0"/>
          <w:sz w:val="22"/>
        </w:rPr>
        <w:t>Положения о расчетах, документации, тайне и данных сохраняются после прекращения в необходимом объеме.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20.7. </w:t>
      </w:r>
      <w:r>
        <w:rPr>
          <w:rFonts w:ascii="Arial" w:hAnsi="Arial" w:eastAsia="Arial"/>
          <w:b w:val="0"/>
          <w:sz w:val="22"/>
        </w:rPr>
        <w:t>Архивные редакции хранятся и могут предоставляться по относящемуся к ним запросу.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20.8. </w:t>
      </w:r>
      <w:r>
        <w:rPr>
          <w:rFonts w:ascii="Arial" w:hAnsi="Arial" w:eastAsia="Arial"/>
          <w:b w:val="0"/>
          <w:sz w:val="22"/>
        </w:rPr>
        <w:t>Дата редакции указывается на титульном листе и сайте.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21. ЗАКЛЮЧИТЕЛЬНЫЕ ПОЛОЖЕНИЯ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21.1. </w:t>
      </w:r>
      <w:r>
        <w:rPr>
          <w:rFonts w:ascii="Arial" w:hAnsi="Arial" w:eastAsia="Arial"/>
          <w:b w:val="0"/>
          <w:sz w:val="22"/>
        </w:rPr>
        <w:t>Неурегулированные вопросы решаются по законодательству России.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21.2. </w:t>
      </w:r>
      <w:r>
        <w:rPr>
          <w:rFonts w:ascii="Arial" w:hAnsi="Arial" w:eastAsia="Arial"/>
          <w:b w:val="0"/>
          <w:sz w:val="22"/>
        </w:rPr>
        <w:t>Недействительность одного положения не влияет на остальные.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21.3. </w:t>
      </w:r>
      <w:r>
        <w:rPr>
          <w:rFonts w:ascii="Arial" w:hAnsi="Arial" w:eastAsia="Arial"/>
          <w:b w:val="0"/>
          <w:sz w:val="22"/>
        </w:rPr>
        <w:t>Передача требований с врачебной тайной допускается только на законном основании.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21.4. </w:t>
      </w:r>
      <w:r>
        <w:rPr>
          <w:rFonts w:ascii="Arial" w:hAnsi="Arial" w:eastAsia="Arial"/>
          <w:b w:val="0"/>
          <w:sz w:val="22"/>
        </w:rPr>
        <w:t>Электронные сообщения и данные систем могут использоваться как доказательства при установлении отправителя и содержания.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21.5. </w:t>
      </w:r>
      <w:r>
        <w:rPr>
          <w:rFonts w:ascii="Arial" w:hAnsi="Arial" w:eastAsia="Arial"/>
          <w:b w:val="0"/>
          <w:sz w:val="22"/>
        </w:rPr>
        <w:t>Сообщения направляются по контактам Пациента до уведомления об их изменении.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21.6. </w:t>
      </w:r>
      <w:r>
        <w:rPr>
          <w:rFonts w:ascii="Arial" w:hAnsi="Arial" w:eastAsia="Arial"/>
          <w:b w:val="0"/>
          <w:sz w:val="22"/>
        </w:rPr>
        <w:t>При переводе приоритет имеет русский текст.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21.7. </w:t>
      </w:r>
      <w:r>
        <w:rPr>
          <w:rFonts w:ascii="Arial" w:hAnsi="Arial" w:eastAsia="Arial"/>
          <w:b w:val="0"/>
          <w:sz w:val="22"/>
        </w:rPr>
        <w:t>Приложения являются частью Оферты в регулируемом ими объеме.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21.8. </w:t>
      </w:r>
      <w:r>
        <w:rPr>
          <w:rFonts w:ascii="Arial" w:hAnsi="Arial" w:eastAsia="Arial"/>
          <w:b w:val="0"/>
          <w:sz w:val="22"/>
        </w:rPr>
        <w:t>Пациент подтверждает возможность ознакомиться и задать вопросы.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21.9. </w:t>
      </w:r>
      <w:r>
        <w:rPr>
          <w:rFonts w:ascii="Arial" w:hAnsi="Arial" w:eastAsia="Arial"/>
          <w:b w:val="0"/>
          <w:sz w:val="22"/>
        </w:rPr>
        <w:t>Оферта не ограничивает императивные права потребителя и пациента.</w:t>
      </w:r>
    </w:p>
    <w:p>
      <w:pPr>
        <w:keepLines/>
        <w:widowControl/>
      </w:pPr>
      <w:r>
        <w:rPr>
          <w:rFonts w:ascii="Arial" w:hAnsi="Arial" w:eastAsia="Arial"/>
          <w:b/>
          <w:sz w:val="22"/>
        </w:rPr>
        <w:t xml:space="preserve">21.10. </w:t>
      </w:r>
      <w:r>
        <w:rPr>
          <w:rFonts w:ascii="Arial" w:hAnsi="Arial" w:eastAsia="Arial"/>
          <w:b w:val="0"/>
          <w:sz w:val="22"/>
        </w:rPr>
        <w:t>Рекомендуется хранить чеки, назначения и результаты.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22. РЕКВИЗИТЫ И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Исполнитель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ООО «ЯРДАН МЕД»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Коммерческое обозначение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АкЯр Мед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ОГРН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1261600009571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ИНН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1686056863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КПП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168601001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Адрес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Республика Татарстан, г. Казань, пр-д Яраткан, д. 5, помещ. 1003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Телефон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+7 (987) 003-00-70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E-mail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akyar.med@mail.ru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Сайт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akyarmed.ru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Лицензия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№ Л041-01181-16/05293998 от 11.06.2026</w:t>
            </w:r>
          </w:p>
        </w:tc>
      </w:tr>
      <w:tr>
        <w:tc>
          <w:tcPr>
            <w:tcW w:type="dxa" w:w="4901"/>
          </w:tcPr>
          <w:p>
            <w:r>
              <w:rPr>
                <w:rFonts w:ascii="Arial" w:hAnsi="Arial" w:eastAsia="Arial"/>
                <w:b/>
                <w:sz w:val="20"/>
              </w:rPr>
              <w:t>Режим работы</w:t>
            </w:r>
          </w:p>
        </w:tc>
        <w:tc>
          <w:tcPr>
            <w:tcW w:type="dxa" w:w="4901"/>
          </w:tcPr>
          <w:p>
            <w:r>
              <w:rPr>
                <w:rFonts w:ascii="Arial" w:hAnsi="Arial" w:eastAsia="Arial"/>
                <w:sz w:val="20"/>
              </w:rPr>
              <w:t>Понедельник-суббота: 07:03-19:00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03"/>
      </w:tblGrid>
      <w:tr>
        <w:tc>
          <w:tcPr>
            <w:tcW w:type="dxa" w:w="9803"/>
            <w:shd w:fill="EAF4F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Банковские реквизиты не публикуются в Оферте. Расчеты с Пациентами производятся наличными, банковской картой или через СБП.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1. ПАМЯТКА ПАЦИЕНТУ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Приходите за 10–15 минут до приема.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Возьмите документ, удостоверяющий личность.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Подготовьте список препаратов, сведения об аллергиях и результаты исследований.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Сообщите врачу о беременности, хронических заболеваниях и операциях.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Соблюдайте подготовку к анализам и процедурам.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Отменяйте или переносите запись не позднее чем за 24 часа.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После процедуры соблюдайте рекомендованное наблюдение.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При резком ухудшении вызывайте 103 или 112.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Проверяйте правильность телефона и электронной почты.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Сохраняйте чек, назначения и результаты.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03"/>
      </w:tblGrid>
      <w:tr>
        <w:tc>
          <w:tcPr>
            <w:tcW w:type="dxa" w:w="9803"/>
            <w:shd w:fill="EAF4F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Памятка не заменяет индивидуальные рекомендации врача.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2. СУЩЕСТВЕННАЯ ИНФОРМАЦИЯ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Формат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Только платные медицинские услуги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ОМС / ДМС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Не принимаются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Оплата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Наличные, карта, СБП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Запись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Сайт, телефон, Telegram, WhatsApp, MAX, регистратура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Отмена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Не позднее чем за 24 часа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Помощь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Амбулаторно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Экстренная помощь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103 или 112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Результаты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Лично или электронно при отдельном согласии</w:t>
            </w:r>
          </w:p>
        </w:tc>
      </w:tr>
      <w:tr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Персональные данные</w:t>
            </w:r>
          </w:p>
        </w:tc>
        <w:tc>
          <w:tcPr>
            <w:tcW w:type="dxa" w:w="4901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По Политике и отдельным согласиям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3. ФОРМА ОБРАЩЕНИЯ (ПРЕТЕНЗИИ)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Ф.И.О. заявителя: 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Дата рождения Пациента: 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Телефон / e-mail: 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Дата и время приема: 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Специалист / услуга: 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Описание обстоятельств: 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___________________________________________________________________________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___________________________________________________________________________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Требование: _________________________________________________________________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___________________________________________________________________________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Приложения: _________________________________________________________________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Способ ответа: 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Дата: ____________________   Подпись: 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18"/>
        </w:rPr>
        <w:t>Обращение можно передать в регистратуру, направить почтой или на akyar.med@mail.ru. Для медицинской информации требуется подтверждение личности.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4. УВЕДОМЛЕНИЕ ОБ ОМС И ДМС</w:t>
      </w:r>
    </w:p>
    <w:p>
      <w:pPr>
        <w:jc w:val="center"/>
        <w:widowControl/>
      </w:pPr>
      <w:r>
        <w:rPr>
          <w:rFonts w:ascii="Arial" w:hAnsi="Arial" w:eastAsia="Arial"/>
          <w:b/>
          <w:sz w:val="24"/>
        </w:rPr>
        <w:t>ООО «ЯРДАН МЕД» оказывает медицинские услуги исключительно на платной основе.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Клиника не оказывает услуги по полисам ОМС.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Клиника не оказывает услуги по программам ДМС.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Полисы ОМС и ДМС не являются способом оплаты.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Оплата производится наличными, картой или через СБП.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Наличие полиса не ограничивает право добровольно обратиться за платной услугой.</w:t>
      </w:r>
    </w:p>
    <w:p>
      <w:pPr>
        <w:pStyle w:val="ListBullet"/>
        <w:ind w:left="454"/>
        <w:widowControl/>
      </w:pPr>
      <w:r>
        <w:rPr>
          <w:rFonts w:ascii="Arial" w:hAnsi="Arial" w:eastAsia="Arial"/>
          <w:b w:val="0"/>
          <w:sz w:val="22"/>
        </w:rPr>
        <w:t>За бесплатной помощью гражданин вправе обратиться в медицинскую организацию, участвующую в государственных программах.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ПРИЛОЖЕНИЕ 5. СВЯЗАННЫЕ ДОКУМЕНТЫ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68"/>
        <w:gridCol w:w="3268"/>
        <w:gridCol w:w="3268"/>
      </w:tblGrid>
      <w:tr>
        <w:tc>
          <w:tcPr>
            <w:tcW w:type="dxa" w:w="3268"/>
            <w:vAlign w:val="center"/>
            <w:shd w:fill="DDEBE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№</w:t>
            </w:r>
          </w:p>
        </w:tc>
        <w:tc>
          <w:tcPr>
            <w:tcW w:type="dxa" w:w="3268"/>
            <w:vAlign w:val="center"/>
            <w:shd w:fill="DDEBE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Документ</w:t>
            </w:r>
          </w:p>
        </w:tc>
        <w:tc>
          <w:tcPr>
            <w:tcW w:type="dxa" w:w="3268"/>
            <w:vAlign w:val="center"/>
            <w:shd w:fill="DDEBE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20"/>
              </w:rPr>
              <w:t>Назначение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1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Политика обработки персональных данных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Цели, основания, сроки и права субъектов.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2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Политика конфиденциальности сайта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Данные посетителей сайта.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3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Пользовательское соглашение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Использование сайта и онлайн-записи.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4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Согласие на обработку данных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Согласие в требуемых случаях.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5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Информированное добровольное согласие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До медицинского вмешательства.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6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Правила записи и отмены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Детализация организационного порядка.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7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Согласие на электронные результаты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Канал и риски передачи.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8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Прейскурант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Актуальная стоимость.</w:t>
            </w:r>
          </w:p>
        </w:tc>
      </w:tr>
      <w:tr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20"/>
              </w:rPr>
              <w:t>9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Правила внутреннего распорядка</w:t>
            </w:r>
          </w:p>
        </w:tc>
        <w:tc>
          <w:tcPr>
            <w:tcW w:type="dxa" w:w="32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Поведение и санитарный режим.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widowControl/>
      </w:pPr>
      <w:r>
        <w:t>ЛИСТ ОЗНАКОМЛЕНИЯ</w:t>
      </w:r>
    </w:p>
    <w:p>
      <w:pPr>
        <w:jc w:val="center"/>
        <w:widowControl/>
      </w:pPr>
      <w:r>
        <w:rPr>
          <w:rFonts w:ascii="Arial" w:hAnsi="Arial" w:eastAsia="Arial"/>
          <w:b w:val="0"/>
          <w:sz w:val="22"/>
        </w:rPr>
        <w:t>Настоящий лист может использоваться как дополнительное подтверждение ознакомления и не заменяет обязательные медицинские согласия.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Ф.И.О. Пациента: 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Дата рождения: ______________________________________________________________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Ф.И.О. законного представителя: 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Документ о полномочиях: ______________________________________________________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Подтверждаю возможность ознакомиться с Офертой, прейскурантом, правилами записи и документами по персональным данным. Условия понятны, вопросы разъяснены.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Дата: ____________________   Подпись: ________________________________________</w:t>
      </w:r>
    </w:p>
    <w:p>
      <w:pPr>
        <w:jc w:val="both"/>
        <w:widowControl/>
      </w:pPr>
      <w:r>
        <w:rPr>
          <w:rFonts w:ascii="Arial" w:hAnsi="Arial" w:eastAsia="Arial"/>
          <w:b w:val="0"/>
          <w:sz w:val="22"/>
        </w:rPr>
        <w:t>Сотрудник Клиники: 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666666"/>
        <w:sz w:val="16"/>
      </w:rPr>
      <w:t>ООО «ЯРДАН МЕД» • akyarmed.ru • +7 (987) 003-00-70</w:t>
    </w:r>
  </w:p>
  <w:p>
    <w:pPr>
      <w:jc w:val="center"/>
    </w:pPr>
    <w:r>
      <w:rPr>
        <w:rFonts w:ascii="Arial" w:hAnsi="Arial" w:eastAsia="Arial"/>
        <w:b w:val="0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 w:val="0"/>
        <w:color w:val="666666"/>
        <w:sz w:val="16"/>
      </w:rPr>
    </w:r>
    <w:r>
      <w:drawing>
        <wp:inline xmlns:a="http://schemas.openxmlformats.org/drawingml/2006/main" xmlns:pic="http://schemas.openxmlformats.org/drawingml/2006/picture">
          <wp:extent cx="396000" cy="521125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kyar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6000" cy="521125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 w:eastAsia="Arial"/>
        <w:sz w:val="16"/>
      </w:rPr>
      <w:t xml:space="preserve">   АКЯР МЕД | ПУБЛИЧНАЯ ОФЕРТА | v1.1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  <w:jc w:val="both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4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АкЯр Мед</dc:title>
  <dc:subject>Договор на оказание платных медицинских услуг</dc:subject>
  <dc:creator>ООО «ЯРДАН МЕД»</dc:creator>
  <cp:keywords/>
  <dc:description>Исправленная версия 1.1: порядок разделов 10-11, режим работы, дата утверждения, фирменный логотип.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